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5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6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7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8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9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0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1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2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3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4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5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6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7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8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9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0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1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2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3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4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5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6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7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8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9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0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1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2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3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4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5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6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7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8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9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40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41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42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43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44.jp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45.jp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46.jp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47.jp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48.jp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49.jp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50.jp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51.jp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52.jp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53.jp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54.jp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55.jp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56.jp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57.jp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58.jp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59.jp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60.jp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61.jp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62.jp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63.jp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64.jp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72000" cy="1029600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65.jp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272000" cy="10296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113" w:right="113" w:bottom="113" w:left="11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Relationship Id="rId50" Type="http://schemas.openxmlformats.org/officeDocument/2006/relationships/image" Target="media/image42.jpg"/><Relationship Id="rId51" Type="http://schemas.openxmlformats.org/officeDocument/2006/relationships/image" Target="media/image43.jpg"/><Relationship Id="rId52" Type="http://schemas.openxmlformats.org/officeDocument/2006/relationships/image" Target="media/image44.jpg"/><Relationship Id="rId53" Type="http://schemas.openxmlformats.org/officeDocument/2006/relationships/image" Target="media/image45.jpg"/><Relationship Id="rId54" Type="http://schemas.openxmlformats.org/officeDocument/2006/relationships/image" Target="media/image46.jpg"/><Relationship Id="rId55" Type="http://schemas.openxmlformats.org/officeDocument/2006/relationships/image" Target="media/image47.jpg"/><Relationship Id="rId56" Type="http://schemas.openxmlformats.org/officeDocument/2006/relationships/image" Target="media/image48.jpg"/><Relationship Id="rId57" Type="http://schemas.openxmlformats.org/officeDocument/2006/relationships/image" Target="media/image49.jpg"/><Relationship Id="rId58" Type="http://schemas.openxmlformats.org/officeDocument/2006/relationships/image" Target="media/image50.jpg"/><Relationship Id="rId59" Type="http://schemas.openxmlformats.org/officeDocument/2006/relationships/image" Target="media/image51.jpg"/><Relationship Id="rId60" Type="http://schemas.openxmlformats.org/officeDocument/2006/relationships/image" Target="media/image52.jpg"/><Relationship Id="rId61" Type="http://schemas.openxmlformats.org/officeDocument/2006/relationships/image" Target="media/image53.jpg"/><Relationship Id="rId62" Type="http://schemas.openxmlformats.org/officeDocument/2006/relationships/image" Target="media/image54.jpg"/><Relationship Id="rId63" Type="http://schemas.openxmlformats.org/officeDocument/2006/relationships/image" Target="media/image55.jpg"/><Relationship Id="rId64" Type="http://schemas.openxmlformats.org/officeDocument/2006/relationships/image" Target="media/image56.jpg"/><Relationship Id="rId65" Type="http://schemas.openxmlformats.org/officeDocument/2006/relationships/image" Target="media/image57.jpg"/><Relationship Id="rId66" Type="http://schemas.openxmlformats.org/officeDocument/2006/relationships/image" Target="media/image58.jpg"/><Relationship Id="rId67" Type="http://schemas.openxmlformats.org/officeDocument/2006/relationships/image" Target="media/image59.jpg"/><Relationship Id="rId68" Type="http://schemas.openxmlformats.org/officeDocument/2006/relationships/image" Target="media/image60.jpg"/><Relationship Id="rId69" Type="http://schemas.openxmlformats.org/officeDocument/2006/relationships/image" Target="media/image61.jpg"/><Relationship Id="rId70" Type="http://schemas.openxmlformats.org/officeDocument/2006/relationships/image" Target="media/image62.jpg"/><Relationship Id="rId71" Type="http://schemas.openxmlformats.org/officeDocument/2006/relationships/image" Target="media/image63.jpg"/><Relationship Id="rId72" Type="http://schemas.openxmlformats.org/officeDocument/2006/relationships/image" Target="media/image64.jpg"/><Relationship Id="rId73" Type="http://schemas.openxmlformats.org/officeDocument/2006/relationships/image" Target="media/image6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